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E1BA" w14:textId="77777777" w:rsidR="00C16708" w:rsidRPr="0042748B" w:rsidRDefault="001652FC" w:rsidP="0042748B">
      <w:pPr>
        <w:rPr>
          <w:rFonts w:asciiTheme="majorHAnsi" w:hAnsiTheme="majorHAnsi" w:cstheme="majorHAnsi"/>
        </w:rPr>
      </w:pPr>
      <w:r w:rsidRPr="0042748B">
        <w:rPr>
          <w:rFonts w:asciiTheme="majorHAnsi" w:hAnsiTheme="majorHAnsi" w:cstheme="majorHAnsi"/>
          <w:b/>
        </w:rPr>
        <w:t>Supplementary material 5: Knowledge and perceptions regarding intermittent fasting diets</w:t>
      </w:r>
    </w:p>
    <w:p w14:paraId="38F19B20" w14:textId="77777777" w:rsidR="00C16708" w:rsidRPr="0042748B" w:rsidRDefault="00C16708">
      <w:pPr>
        <w:rPr>
          <w:rFonts w:asciiTheme="majorHAnsi" w:hAnsiTheme="majorHAnsi" w:cstheme="majorHAnsi"/>
        </w:rPr>
      </w:pPr>
    </w:p>
    <w:p w14:paraId="27D8EC73" w14:textId="0BBC9EBE" w:rsidR="00C16708" w:rsidRPr="0042748B" w:rsidRDefault="001652FC">
      <w:pPr>
        <w:rPr>
          <w:rFonts w:asciiTheme="majorHAnsi" w:hAnsiTheme="majorHAnsi" w:cstheme="majorHAnsi"/>
        </w:rPr>
      </w:pPr>
      <w:r w:rsidRPr="0042748B">
        <w:rPr>
          <w:rFonts w:asciiTheme="majorHAnsi" w:hAnsiTheme="majorHAnsi" w:cstheme="majorHAnsi"/>
          <w:b/>
        </w:rPr>
        <w:t xml:space="preserve">Table S5.1. Awareness of intermittent fasting </w:t>
      </w:r>
      <w:r w:rsidR="0042748B">
        <w:rPr>
          <w:rFonts w:asciiTheme="majorHAnsi" w:hAnsiTheme="majorHAnsi" w:cstheme="majorHAnsi"/>
          <w:b/>
        </w:rPr>
        <w:t>diet</w:t>
      </w:r>
    </w:p>
    <w:tbl>
      <w:tblPr>
        <w:tblStyle w:val="PlainTable3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C16708" w:rsidRPr="0042748B" w14:paraId="1FF5C072" w14:textId="77777777" w:rsidTr="00E02C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880" w:type="dxa"/>
          </w:tcPr>
          <w:p w14:paraId="47F3B8BD" w14:textId="751FF39C" w:rsidR="00C16708" w:rsidRPr="0042748B" w:rsidRDefault="008B778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Question</w:t>
            </w:r>
          </w:p>
        </w:tc>
        <w:tc>
          <w:tcPr>
            <w:tcW w:w="2880" w:type="dxa"/>
          </w:tcPr>
          <w:p w14:paraId="6C031701" w14:textId="77777777" w:rsidR="00C16708" w:rsidRPr="0042748B" w:rsidRDefault="001652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42748B">
              <w:rPr>
                <w:rFonts w:asciiTheme="majorHAnsi" w:hAnsiTheme="majorHAnsi" w:cstheme="majorHAnsi"/>
              </w:rPr>
              <w:t>Yes (%)</w:t>
            </w:r>
          </w:p>
        </w:tc>
        <w:tc>
          <w:tcPr>
            <w:tcW w:w="2880" w:type="dxa"/>
          </w:tcPr>
          <w:p w14:paraId="4D96743A" w14:textId="77777777" w:rsidR="00C16708" w:rsidRPr="0042748B" w:rsidRDefault="001652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42748B">
              <w:rPr>
                <w:rFonts w:asciiTheme="majorHAnsi" w:hAnsiTheme="majorHAnsi" w:cstheme="majorHAnsi"/>
              </w:rPr>
              <w:t>No (%)</w:t>
            </w:r>
          </w:p>
        </w:tc>
      </w:tr>
      <w:tr w:rsidR="00C16708" w:rsidRPr="0042748B" w14:paraId="49ECB644" w14:textId="77777777" w:rsidTr="00E02C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31E4940E" w14:textId="77777777" w:rsidR="00C16708" w:rsidRPr="0042748B" w:rsidRDefault="001652FC">
            <w:pPr>
              <w:rPr>
                <w:rFonts w:asciiTheme="majorHAnsi" w:hAnsiTheme="majorHAnsi" w:cstheme="majorHAnsi"/>
              </w:rPr>
            </w:pPr>
            <w:r w:rsidRPr="0042748B">
              <w:rPr>
                <w:rFonts w:asciiTheme="majorHAnsi" w:hAnsiTheme="majorHAnsi" w:cstheme="majorHAnsi"/>
              </w:rPr>
              <w:t>Have you heard of intermittent fasting before?</w:t>
            </w:r>
          </w:p>
        </w:tc>
        <w:tc>
          <w:tcPr>
            <w:tcW w:w="2880" w:type="dxa"/>
          </w:tcPr>
          <w:p w14:paraId="2910B13B" w14:textId="77777777" w:rsidR="00C16708" w:rsidRPr="0042748B" w:rsidRDefault="001652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42748B">
              <w:rPr>
                <w:rFonts w:asciiTheme="majorHAnsi" w:hAnsiTheme="majorHAnsi" w:cstheme="majorHAnsi"/>
              </w:rPr>
              <w:t>88.3</w:t>
            </w:r>
          </w:p>
        </w:tc>
        <w:tc>
          <w:tcPr>
            <w:tcW w:w="2880" w:type="dxa"/>
          </w:tcPr>
          <w:p w14:paraId="006BFD9A" w14:textId="77777777" w:rsidR="00C16708" w:rsidRPr="0042748B" w:rsidRDefault="001652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42748B">
              <w:rPr>
                <w:rFonts w:asciiTheme="majorHAnsi" w:hAnsiTheme="majorHAnsi" w:cstheme="majorHAnsi"/>
              </w:rPr>
              <w:t>11.7</w:t>
            </w:r>
          </w:p>
        </w:tc>
      </w:tr>
    </w:tbl>
    <w:p w14:paraId="191926D3" w14:textId="77777777" w:rsidR="00C16708" w:rsidRDefault="00C16708">
      <w:pPr>
        <w:rPr>
          <w:rFonts w:asciiTheme="majorHAnsi" w:hAnsiTheme="majorHAnsi" w:cstheme="majorHAnsi"/>
        </w:rPr>
      </w:pPr>
    </w:p>
    <w:p w14:paraId="4C59B941" w14:textId="77777777" w:rsidR="008B7783" w:rsidRPr="0042748B" w:rsidRDefault="008B7783">
      <w:pPr>
        <w:rPr>
          <w:rFonts w:asciiTheme="majorHAnsi" w:hAnsiTheme="majorHAnsi" w:cstheme="majorHAnsi"/>
        </w:rPr>
      </w:pPr>
    </w:p>
    <w:p w14:paraId="74F31C9B" w14:textId="5E229904" w:rsidR="00C16708" w:rsidRPr="0042748B" w:rsidRDefault="001652FC">
      <w:pPr>
        <w:rPr>
          <w:rFonts w:asciiTheme="majorHAnsi" w:hAnsiTheme="majorHAnsi" w:cstheme="majorHAnsi"/>
        </w:rPr>
      </w:pPr>
      <w:r w:rsidRPr="0042748B">
        <w:rPr>
          <w:rFonts w:asciiTheme="majorHAnsi" w:hAnsiTheme="majorHAnsi" w:cstheme="majorHAnsi"/>
          <w:b/>
        </w:rPr>
        <w:t xml:space="preserve">Table S5.2. Previous use of intermittent fasting </w:t>
      </w:r>
    </w:p>
    <w:tbl>
      <w:tblPr>
        <w:tblStyle w:val="PlainTable3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C16708" w:rsidRPr="0042748B" w14:paraId="501DB030" w14:textId="77777777" w:rsidTr="00E02C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880" w:type="dxa"/>
          </w:tcPr>
          <w:p w14:paraId="2D9D49BD" w14:textId="2D5193F4" w:rsidR="00C16708" w:rsidRPr="0042748B" w:rsidRDefault="008B778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Question</w:t>
            </w:r>
          </w:p>
        </w:tc>
        <w:tc>
          <w:tcPr>
            <w:tcW w:w="2880" w:type="dxa"/>
          </w:tcPr>
          <w:p w14:paraId="0622B300" w14:textId="77777777" w:rsidR="00C16708" w:rsidRPr="0042748B" w:rsidRDefault="001652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42748B">
              <w:rPr>
                <w:rFonts w:asciiTheme="majorHAnsi" w:hAnsiTheme="majorHAnsi" w:cstheme="majorHAnsi"/>
              </w:rPr>
              <w:t>Yes (%)</w:t>
            </w:r>
          </w:p>
        </w:tc>
        <w:tc>
          <w:tcPr>
            <w:tcW w:w="2880" w:type="dxa"/>
          </w:tcPr>
          <w:p w14:paraId="7C39CA95" w14:textId="77777777" w:rsidR="00C16708" w:rsidRPr="0042748B" w:rsidRDefault="001652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42748B">
              <w:rPr>
                <w:rFonts w:asciiTheme="majorHAnsi" w:hAnsiTheme="majorHAnsi" w:cstheme="majorHAnsi"/>
              </w:rPr>
              <w:t>No (%)</w:t>
            </w:r>
          </w:p>
        </w:tc>
      </w:tr>
      <w:tr w:rsidR="00C16708" w:rsidRPr="0042748B" w14:paraId="4DD9B109" w14:textId="77777777" w:rsidTr="00E02C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1DFCF73C" w14:textId="77777777" w:rsidR="00C16708" w:rsidRPr="0042748B" w:rsidRDefault="001652FC">
            <w:pPr>
              <w:rPr>
                <w:rFonts w:asciiTheme="majorHAnsi" w:hAnsiTheme="majorHAnsi" w:cstheme="majorHAnsi"/>
              </w:rPr>
            </w:pPr>
            <w:r w:rsidRPr="0042748B">
              <w:rPr>
                <w:rFonts w:asciiTheme="majorHAnsi" w:hAnsiTheme="majorHAnsi" w:cstheme="majorHAnsi"/>
              </w:rPr>
              <w:t>Have you followed any type of intermittent fasting before?</w:t>
            </w:r>
          </w:p>
        </w:tc>
        <w:tc>
          <w:tcPr>
            <w:tcW w:w="2880" w:type="dxa"/>
          </w:tcPr>
          <w:p w14:paraId="0CA56B74" w14:textId="77777777" w:rsidR="00C16708" w:rsidRPr="0042748B" w:rsidRDefault="001652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42748B">
              <w:rPr>
                <w:rFonts w:asciiTheme="majorHAnsi" w:hAnsiTheme="majorHAnsi" w:cstheme="majorHAnsi"/>
              </w:rPr>
              <w:t>49</w:t>
            </w:r>
          </w:p>
        </w:tc>
        <w:tc>
          <w:tcPr>
            <w:tcW w:w="2880" w:type="dxa"/>
          </w:tcPr>
          <w:p w14:paraId="4117EC86" w14:textId="77777777" w:rsidR="00C16708" w:rsidRPr="0042748B" w:rsidRDefault="001652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42748B">
              <w:rPr>
                <w:rFonts w:asciiTheme="majorHAnsi" w:hAnsiTheme="majorHAnsi" w:cstheme="majorHAnsi"/>
              </w:rPr>
              <w:t>51</w:t>
            </w:r>
          </w:p>
        </w:tc>
      </w:tr>
    </w:tbl>
    <w:p w14:paraId="147F989B" w14:textId="77777777" w:rsidR="006A0D25" w:rsidRDefault="006A0D25">
      <w:pPr>
        <w:rPr>
          <w:rFonts w:asciiTheme="majorHAnsi" w:hAnsiTheme="majorHAnsi" w:cstheme="majorHAnsi"/>
        </w:rPr>
      </w:pPr>
    </w:p>
    <w:p w14:paraId="038996A1" w14:textId="77777777" w:rsidR="006A0D25" w:rsidRDefault="006A0D25">
      <w:pPr>
        <w:rPr>
          <w:rFonts w:asciiTheme="majorHAnsi" w:hAnsiTheme="majorHAnsi" w:cstheme="majorHAnsi"/>
        </w:rPr>
      </w:pPr>
    </w:p>
    <w:p w14:paraId="34EB33EB" w14:textId="36B9506B" w:rsidR="006A0D25" w:rsidRPr="0042748B" w:rsidRDefault="00877C26">
      <w:pPr>
        <w:rPr>
          <w:rFonts w:asciiTheme="majorHAnsi" w:hAnsiTheme="majorHAnsi" w:cstheme="majorHAnsi"/>
        </w:rPr>
      </w:pPr>
      <w:r>
        <w:rPr>
          <w:noProof/>
          <w:sz w:val="20"/>
          <w:szCs w:val="20"/>
        </w:rPr>
        <w:drawing>
          <wp:inline distT="0" distB="0" distL="0" distR="0" wp14:anchorId="7E4EDC74" wp14:editId="201C582F">
            <wp:extent cx="5396345" cy="3338473"/>
            <wp:effectExtent l="0" t="0" r="0" b="0"/>
            <wp:docPr id="1114059737" name="Picture 6" descr="A graph of a number of fasting use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059737" name="Picture 6" descr="A graph of a number of fasting use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3529" cy="33676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C89CC9" w14:textId="0F5D45BF" w:rsidR="00C16708" w:rsidRPr="0042748B" w:rsidRDefault="001652FC">
      <w:pPr>
        <w:rPr>
          <w:rFonts w:asciiTheme="majorHAnsi" w:hAnsiTheme="majorHAnsi" w:cstheme="majorHAnsi"/>
        </w:rPr>
      </w:pPr>
      <w:r w:rsidRPr="0042748B">
        <w:rPr>
          <w:rFonts w:asciiTheme="majorHAnsi" w:hAnsiTheme="majorHAnsi" w:cstheme="majorHAnsi"/>
          <w:b/>
        </w:rPr>
        <w:t xml:space="preserve">Figure S5.1. Types of intermittent fasting diets followed </w:t>
      </w:r>
      <w:r w:rsidR="00E02CBC">
        <w:rPr>
          <w:rFonts w:asciiTheme="majorHAnsi" w:hAnsiTheme="majorHAnsi" w:cstheme="majorHAnsi"/>
          <w:b/>
        </w:rPr>
        <w:t>by participants</w:t>
      </w:r>
    </w:p>
    <w:p w14:paraId="0E6D3976" w14:textId="770037D6" w:rsidR="00C16708" w:rsidRPr="0042748B" w:rsidRDefault="001652FC">
      <w:pPr>
        <w:rPr>
          <w:rFonts w:asciiTheme="majorHAnsi" w:hAnsiTheme="majorHAnsi" w:cstheme="majorHAnsi"/>
        </w:rPr>
      </w:pPr>
      <w:r w:rsidRPr="0042748B">
        <w:rPr>
          <w:rFonts w:asciiTheme="majorHAnsi" w:hAnsiTheme="majorHAnsi" w:cstheme="majorHAnsi"/>
          <w:noProof/>
        </w:rPr>
        <w:lastRenderedPageBreak/>
        <w:drawing>
          <wp:inline distT="0" distB="0" distL="0" distR="0" wp14:anchorId="723CDD58" wp14:editId="754BA66F">
            <wp:extent cx="4100945" cy="406105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tracted_1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41605" cy="4101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21ADE" w14:textId="74FFD954" w:rsidR="00C16708" w:rsidRDefault="001652FC">
      <w:pPr>
        <w:rPr>
          <w:rFonts w:asciiTheme="majorHAnsi" w:hAnsiTheme="majorHAnsi" w:cstheme="majorHAnsi"/>
          <w:b/>
        </w:rPr>
      </w:pPr>
      <w:r w:rsidRPr="0042748B">
        <w:rPr>
          <w:rFonts w:asciiTheme="majorHAnsi" w:hAnsiTheme="majorHAnsi" w:cstheme="majorHAnsi"/>
          <w:b/>
        </w:rPr>
        <w:t xml:space="preserve">Figure S5.2. </w:t>
      </w:r>
      <w:r w:rsidR="00877C26">
        <w:rPr>
          <w:rFonts w:asciiTheme="majorHAnsi" w:hAnsiTheme="majorHAnsi" w:cstheme="majorHAnsi"/>
          <w:b/>
        </w:rPr>
        <w:t xml:space="preserve">Duration of </w:t>
      </w:r>
      <w:r w:rsidRPr="0042748B">
        <w:rPr>
          <w:rFonts w:asciiTheme="majorHAnsi" w:hAnsiTheme="majorHAnsi" w:cstheme="majorHAnsi"/>
          <w:b/>
        </w:rPr>
        <w:t xml:space="preserve">intermittent fasting </w:t>
      </w:r>
      <w:r w:rsidR="00877C26">
        <w:rPr>
          <w:rFonts w:asciiTheme="majorHAnsi" w:hAnsiTheme="majorHAnsi" w:cstheme="majorHAnsi"/>
          <w:b/>
        </w:rPr>
        <w:t>practice</w:t>
      </w:r>
      <w:r w:rsidR="0036290E">
        <w:rPr>
          <w:rFonts w:asciiTheme="majorHAnsi" w:hAnsiTheme="majorHAnsi" w:cstheme="majorHAnsi"/>
          <w:b/>
        </w:rPr>
        <w:t xml:space="preserve"> followed by participants</w:t>
      </w:r>
    </w:p>
    <w:p w14:paraId="760D768F" w14:textId="7D377E9D" w:rsidR="00C16708" w:rsidRPr="0042748B" w:rsidRDefault="00C16708">
      <w:pPr>
        <w:rPr>
          <w:rFonts w:asciiTheme="majorHAnsi" w:hAnsiTheme="majorHAnsi" w:cstheme="majorHAnsi"/>
        </w:rPr>
      </w:pPr>
    </w:p>
    <w:p w14:paraId="7D8A49D3" w14:textId="77777777" w:rsidR="00C16708" w:rsidRPr="0042748B" w:rsidRDefault="00C16708">
      <w:pPr>
        <w:rPr>
          <w:rFonts w:asciiTheme="majorHAnsi" w:hAnsiTheme="majorHAnsi" w:cstheme="majorHAnsi"/>
        </w:rPr>
      </w:pPr>
    </w:p>
    <w:p w14:paraId="3D3F29D9" w14:textId="77777777" w:rsidR="00C16708" w:rsidRPr="0042748B" w:rsidRDefault="001652FC">
      <w:pPr>
        <w:rPr>
          <w:rFonts w:asciiTheme="majorHAnsi" w:hAnsiTheme="majorHAnsi" w:cstheme="majorHAnsi"/>
        </w:rPr>
      </w:pPr>
      <w:r w:rsidRPr="0042748B">
        <w:rPr>
          <w:rFonts w:asciiTheme="majorHAnsi" w:hAnsiTheme="majorHAnsi" w:cstheme="majorHAnsi"/>
          <w:b/>
        </w:rPr>
        <w:t>Table S5.3. Perceived ability to follow intermittent fasting (n=207).</w:t>
      </w:r>
    </w:p>
    <w:tbl>
      <w:tblPr>
        <w:tblStyle w:val="PlainTable3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C16708" w:rsidRPr="0042748B" w14:paraId="0EBD4F37" w14:textId="77777777" w:rsidTr="003629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880" w:type="dxa"/>
          </w:tcPr>
          <w:p w14:paraId="3B354FF6" w14:textId="5EE8E808" w:rsidR="00C16708" w:rsidRPr="0042748B" w:rsidRDefault="0036290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Question</w:t>
            </w:r>
          </w:p>
        </w:tc>
        <w:tc>
          <w:tcPr>
            <w:tcW w:w="2880" w:type="dxa"/>
          </w:tcPr>
          <w:p w14:paraId="074959F3" w14:textId="77777777" w:rsidR="00C16708" w:rsidRPr="0042748B" w:rsidRDefault="001652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42748B">
              <w:rPr>
                <w:rFonts w:asciiTheme="majorHAnsi" w:hAnsiTheme="majorHAnsi" w:cstheme="majorHAnsi"/>
              </w:rPr>
              <w:t>Yes, if that helps prevent or manage diabetes (%)</w:t>
            </w:r>
          </w:p>
        </w:tc>
        <w:tc>
          <w:tcPr>
            <w:tcW w:w="2880" w:type="dxa"/>
          </w:tcPr>
          <w:p w14:paraId="240C80FE" w14:textId="77777777" w:rsidR="00C16708" w:rsidRPr="0042748B" w:rsidRDefault="001652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42748B">
              <w:rPr>
                <w:rFonts w:asciiTheme="majorHAnsi" w:hAnsiTheme="majorHAnsi" w:cstheme="majorHAnsi"/>
              </w:rPr>
              <w:t>No (%)</w:t>
            </w:r>
          </w:p>
        </w:tc>
      </w:tr>
      <w:tr w:rsidR="00C16708" w:rsidRPr="0042748B" w14:paraId="1D3B95E8" w14:textId="77777777" w:rsidTr="003629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</w:tcPr>
          <w:p w14:paraId="0F94BAA3" w14:textId="77777777" w:rsidR="00C16708" w:rsidRPr="0042748B" w:rsidRDefault="001652FC">
            <w:pPr>
              <w:rPr>
                <w:rFonts w:asciiTheme="majorHAnsi" w:hAnsiTheme="majorHAnsi" w:cstheme="majorHAnsi"/>
              </w:rPr>
            </w:pPr>
            <w:r w:rsidRPr="0042748B">
              <w:rPr>
                <w:rFonts w:asciiTheme="majorHAnsi" w:hAnsiTheme="majorHAnsi" w:cstheme="majorHAnsi"/>
              </w:rPr>
              <w:t>If you haven’t followed one yet, based on the definitions of the different types of intermittent diet listed previously, do you feel this is a diet you might be able to follow?</w:t>
            </w:r>
          </w:p>
        </w:tc>
        <w:tc>
          <w:tcPr>
            <w:tcW w:w="2880" w:type="dxa"/>
          </w:tcPr>
          <w:p w14:paraId="57C8C7E5" w14:textId="77777777" w:rsidR="00C16708" w:rsidRPr="0042748B" w:rsidRDefault="001652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42748B">
              <w:rPr>
                <w:rFonts w:asciiTheme="majorHAnsi" w:hAnsiTheme="majorHAnsi" w:cstheme="majorHAnsi"/>
              </w:rPr>
              <w:t>76.8</w:t>
            </w:r>
          </w:p>
        </w:tc>
        <w:tc>
          <w:tcPr>
            <w:tcW w:w="2880" w:type="dxa"/>
          </w:tcPr>
          <w:p w14:paraId="4CA97D5F" w14:textId="77777777" w:rsidR="00C16708" w:rsidRPr="0042748B" w:rsidRDefault="001652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42748B">
              <w:rPr>
                <w:rFonts w:asciiTheme="majorHAnsi" w:hAnsiTheme="majorHAnsi" w:cstheme="majorHAnsi"/>
              </w:rPr>
              <w:t>23.2</w:t>
            </w:r>
          </w:p>
        </w:tc>
      </w:tr>
    </w:tbl>
    <w:p w14:paraId="11F2AA71" w14:textId="77777777" w:rsidR="00C16708" w:rsidRDefault="00C16708">
      <w:pPr>
        <w:rPr>
          <w:rFonts w:asciiTheme="majorHAnsi" w:hAnsiTheme="majorHAnsi" w:cstheme="majorHAnsi"/>
        </w:rPr>
      </w:pPr>
    </w:p>
    <w:p w14:paraId="06CAF021" w14:textId="77777777" w:rsidR="00C23A19" w:rsidRPr="0042748B" w:rsidRDefault="00C23A19">
      <w:pPr>
        <w:rPr>
          <w:rFonts w:asciiTheme="majorHAnsi" w:hAnsiTheme="majorHAnsi" w:cstheme="majorHAnsi"/>
        </w:rPr>
      </w:pPr>
    </w:p>
    <w:p w14:paraId="73BD5563" w14:textId="7392720B" w:rsidR="00C16708" w:rsidRPr="0042748B" w:rsidRDefault="007B59C0">
      <w:pPr>
        <w:rPr>
          <w:rFonts w:asciiTheme="majorHAnsi" w:hAnsiTheme="majorHAnsi" w:cstheme="majorHAnsi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542E0E40" wp14:editId="16D5FC17">
            <wp:extent cx="5534891" cy="3117273"/>
            <wp:effectExtent l="0" t="0" r="8890" b="6985"/>
            <wp:docPr id="158573891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4875B550-ABD1-495C-BB99-A1A7E36684E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4181B73E" w14:textId="4C97CE10" w:rsidR="00C16708" w:rsidRPr="0042748B" w:rsidRDefault="000435A4">
      <w:pPr>
        <w:rPr>
          <w:rFonts w:asciiTheme="majorHAnsi" w:hAnsiTheme="majorHAnsi" w:cstheme="majorHAnsi"/>
        </w:rPr>
      </w:pPr>
      <w:r w:rsidRPr="0042748B">
        <w:rPr>
          <w:rFonts w:asciiTheme="majorHAnsi" w:hAnsiTheme="majorHAnsi" w:cstheme="majorHAnsi"/>
          <w:b/>
        </w:rPr>
        <w:t xml:space="preserve">Figure S5.3. Reasons that would stop participants from following an intermittent fasting diet </w:t>
      </w:r>
    </w:p>
    <w:p w14:paraId="285F9E2A" w14:textId="65183770" w:rsidR="00C16708" w:rsidRPr="0042748B" w:rsidRDefault="001652FC">
      <w:pPr>
        <w:rPr>
          <w:rFonts w:asciiTheme="majorHAnsi" w:hAnsiTheme="majorHAnsi" w:cstheme="majorHAnsi"/>
        </w:rPr>
      </w:pPr>
      <w:r w:rsidRPr="0042748B">
        <w:rPr>
          <w:rFonts w:asciiTheme="majorHAnsi" w:hAnsiTheme="majorHAnsi" w:cstheme="majorHAnsi"/>
          <w:i/>
        </w:rPr>
        <w:t>Note: Percentages may not sum to 100% where participants could select more than one response (if applicable) or due to rounding.</w:t>
      </w:r>
    </w:p>
    <w:sectPr w:rsidR="00C16708" w:rsidRPr="0042748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77587784">
    <w:abstractNumId w:val="8"/>
  </w:num>
  <w:num w:numId="2" w16cid:durableId="1533834541">
    <w:abstractNumId w:val="6"/>
  </w:num>
  <w:num w:numId="3" w16cid:durableId="512841067">
    <w:abstractNumId w:val="5"/>
  </w:num>
  <w:num w:numId="4" w16cid:durableId="823011481">
    <w:abstractNumId w:val="4"/>
  </w:num>
  <w:num w:numId="5" w16cid:durableId="574515117">
    <w:abstractNumId w:val="7"/>
  </w:num>
  <w:num w:numId="6" w16cid:durableId="2034528118">
    <w:abstractNumId w:val="3"/>
  </w:num>
  <w:num w:numId="7" w16cid:durableId="1396472219">
    <w:abstractNumId w:val="2"/>
  </w:num>
  <w:num w:numId="8" w16cid:durableId="79062645">
    <w:abstractNumId w:val="1"/>
  </w:num>
  <w:num w:numId="9" w16cid:durableId="1286427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35A4"/>
    <w:rsid w:val="0006063C"/>
    <w:rsid w:val="00074377"/>
    <w:rsid w:val="00123677"/>
    <w:rsid w:val="0015074B"/>
    <w:rsid w:val="001652FC"/>
    <w:rsid w:val="0029639D"/>
    <w:rsid w:val="0030562B"/>
    <w:rsid w:val="00326F90"/>
    <w:rsid w:val="003571E9"/>
    <w:rsid w:val="0036290E"/>
    <w:rsid w:val="0042748B"/>
    <w:rsid w:val="00667167"/>
    <w:rsid w:val="006A0D25"/>
    <w:rsid w:val="007B59C0"/>
    <w:rsid w:val="00877C26"/>
    <w:rsid w:val="008B7783"/>
    <w:rsid w:val="00AA1D8D"/>
    <w:rsid w:val="00B47730"/>
    <w:rsid w:val="00B95147"/>
    <w:rsid w:val="00C16708"/>
    <w:rsid w:val="00C23A19"/>
    <w:rsid w:val="00CB0664"/>
    <w:rsid w:val="00E02CBC"/>
    <w:rsid w:val="00F44B8B"/>
    <w:rsid w:val="00F82E7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033CB40B-3C2D-49E5-8235-D0DF5DE98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PlainTable3">
    <w:name w:val="Plain Table 3"/>
    <w:basedOn w:val="TableNormal"/>
    <w:uiPriority w:val="99"/>
    <w:rsid w:val="00E02CB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99"/>
    <w:rsid w:val="0036290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stummuac-my.sharepoint.com/personal/55141999_ad_mmu_ac_uk/Documents/Research/Survey-south%20Asian/Results/Book1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GB" sz="1000">
                <a:solidFill>
                  <a:sysClr val="windowText" lastClr="000000"/>
                </a:solidFill>
              </a:rPr>
              <a:t>What reasons would stop you from following an intermittent fasting diet? (Tick all that apply) (n=211)(%)</a:t>
            </a:r>
          </a:p>
        </c:rich>
      </c:tx>
      <c:layout>
        <c:manualLayout>
          <c:xMode val="edge"/>
          <c:yMode val="edge"/>
          <c:x val="0.1759582239720035"/>
          <c:y val="1.851851851851851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GB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'Sheet3 (6)'!$B$1</c:f>
              <c:strCache>
                <c:ptCount val="1"/>
                <c:pt idx="0">
                  <c:v>%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'Sheet3 (6)'!$A$2:$A$7</c:f>
              <c:strCache>
                <c:ptCount val="4"/>
                <c:pt idx="0">
                  <c:v>Other</c:v>
                </c:pt>
                <c:pt idx="1">
                  <c:v>Too difficult</c:v>
                </c:pt>
                <c:pt idx="2">
                  <c:v>I am committed to my family's meal time and meal patterns</c:v>
                </c:pt>
                <c:pt idx="3">
                  <c:v>None, I would be happy to do it</c:v>
                </c:pt>
              </c:strCache>
            </c:strRef>
          </c:cat>
          <c:val>
            <c:numRef>
              <c:f>'Sheet3 (6)'!$B$2:$B$7</c:f>
              <c:numCache>
                <c:formatCode>General</c:formatCode>
                <c:ptCount val="4"/>
                <c:pt idx="0">
                  <c:v>18.5</c:v>
                </c:pt>
                <c:pt idx="1">
                  <c:v>43.2</c:v>
                </c:pt>
                <c:pt idx="2">
                  <c:v>42.2</c:v>
                </c:pt>
                <c:pt idx="3">
                  <c:v>71.599999999999994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B5C-43E4-A78E-7E6361625B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581347615"/>
        <c:axId val="1581350015"/>
      </c:barChart>
      <c:catAx>
        <c:axId val="1581347615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81350015"/>
        <c:crosses val="autoZero"/>
        <c:auto val="1"/>
        <c:lblAlgn val="ctr"/>
        <c:lblOffset val="100"/>
        <c:noMultiLvlLbl val="0"/>
      </c:catAx>
      <c:valAx>
        <c:axId val="1581350015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8134761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Grace Farhat</cp:lastModifiedBy>
  <cp:revision>18</cp:revision>
  <dcterms:created xsi:type="dcterms:W3CDTF">2013-12-23T23:15:00Z</dcterms:created>
  <dcterms:modified xsi:type="dcterms:W3CDTF">2026-02-04T11:34:00Z</dcterms:modified>
  <cp:category/>
</cp:coreProperties>
</file>